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A96F7" w14:textId="77777777" w:rsidR="00B54E45" w:rsidRPr="00A20EA8" w:rsidRDefault="003B1D4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0EA8">
        <w:rPr>
          <w:rFonts w:ascii="Times New Roman" w:hAnsi="Times New Roman" w:cs="Times New Roman"/>
          <w:b/>
          <w:sz w:val="32"/>
          <w:szCs w:val="24"/>
        </w:rPr>
        <w:t>National Kaohsiung University of Hospitality and Tourism</w:t>
      </w:r>
      <w:r w:rsidRPr="00A20EA8">
        <w:rPr>
          <w:rFonts w:ascii="Times New Roman" w:hAnsi="Times New Roman" w:cs="Times New Roman"/>
          <w:b/>
          <w:sz w:val="32"/>
          <w:szCs w:val="24"/>
        </w:rPr>
        <w:br/>
        <w:t>Application Form for Use of the Co-Creation and Co-Learning Base</w:t>
      </w:r>
    </w:p>
    <w:tbl>
      <w:tblPr>
        <w:tblStyle w:val="aff2"/>
        <w:tblW w:w="1133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402"/>
        <w:gridCol w:w="7937"/>
      </w:tblGrid>
      <w:tr w:rsidR="00A20EA8" w:rsidRPr="00A20EA8" w14:paraId="1B7CF393" w14:textId="77777777" w:rsidTr="00756135">
        <w:trPr>
          <w:trHeight w:val="1134"/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0BB5A22" w14:textId="77777777" w:rsidR="00B54E45" w:rsidRPr="00756135" w:rsidRDefault="003B1D43" w:rsidP="0075613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Venue to be Borrowed</w:t>
            </w:r>
          </w:p>
        </w:tc>
        <w:tc>
          <w:tcPr>
            <w:tcW w:w="7937" w:type="dxa"/>
            <w:vAlign w:val="center"/>
          </w:tcPr>
          <w:p w14:paraId="5E7DCF0C" w14:textId="77777777" w:rsidR="00B54E45" w:rsidRPr="00A20EA8" w:rsidRDefault="003B1D43" w:rsidP="007561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8">
              <w:rPr>
                <w:rFonts w:ascii="Times New Roman" w:hAnsi="Times New Roman" w:cs="Times New Roman"/>
                <w:sz w:val="24"/>
                <w:szCs w:val="24"/>
              </w:rPr>
              <w:t>□ Dunpin Hall (Co-Creation Base)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□ Lixue Hall (Co-Learning Space)</w:t>
            </w:r>
          </w:p>
        </w:tc>
      </w:tr>
      <w:tr w:rsidR="00A20EA8" w:rsidRPr="00A20EA8" w14:paraId="5B4498F8" w14:textId="77777777" w:rsidTr="00756135">
        <w:trPr>
          <w:trHeight w:val="1417"/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3991DAE" w14:textId="77777777" w:rsidR="00B54E45" w:rsidRPr="00756135" w:rsidRDefault="003B1D43" w:rsidP="0075613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Borrowing Period</w:t>
            </w: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(Including setup and </w:t>
            </w: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teardown)</w:t>
            </w:r>
          </w:p>
        </w:tc>
        <w:tc>
          <w:tcPr>
            <w:tcW w:w="7937" w:type="dxa"/>
            <w:vAlign w:val="center"/>
          </w:tcPr>
          <w:p w14:paraId="4414566E" w14:textId="77777777" w:rsidR="00B54E45" w:rsidRPr="00A20EA8" w:rsidRDefault="003B1D43" w:rsidP="007561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8">
              <w:rPr>
                <w:rFonts w:ascii="Times New Roman" w:hAnsi="Times New Roman" w:cs="Times New Roman"/>
                <w:sz w:val="24"/>
                <w:szCs w:val="24"/>
              </w:rPr>
              <w:t>From: ______ Year ______ Month ______ Day ______ Hour ______ Minute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To: ______ Year ______ Month ______ Day ______ Hour ______ Minute</w:t>
            </w:r>
          </w:p>
        </w:tc>
      </w:tr>
      <w:tr w:rsidR="00A20EA8" w:rsidRPr="00A20EA8" w14:paraId="0384E4C0" w14:textId="77777777" w:rsidTr="00756135">
        <w:trPr>
          <w:trHeight w:val="850"/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1AD4838" w14:textId="77777777" w:rsidR="00B54E45" w:rsidRPr="00756135" w:rsidRDefault="003B1D43" w:rsidP="0075613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Borrowing Unit</w:t>
            </w:r>
          </w:p>
        </w:tc>
        <w:tc>
          <w:tcPr>
            <w:tcW w:w="7937" w:type="dxa"/>
            <w:vAlign w:val="center"/>
          </w:tcPr>
          <w:p w14:paraId="1FB87C4A" w14:textId="77777777" w:rsidR="00B54E45" w:rsidRPr="00A20EA8" w:rsidRDefault="00B54E45" w:rsidP="007561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EA8" w:rsidRPr="00A20EA8" w14:paraId="264D7254" w14:textId="77777777" w:rsidTr="00756135">
        <w:trPr>
          <w:trHeight w:val="2268"/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C484044" w14:textId="77777777" w:rsidR="00B54E45" w:rsidRPr="00756135" w:rsidRDefault="003B1D43" w:rsidP="0075613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Activity Category</w:t>
            </w: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(Please attach agenda/program)</w:t>
            </w:r>
          </w:p>
        </w:tc>
        <w:tc>
          <w:tcPr>
            <w:tcW w:w="7937" w:type="dxa"/>
            <w:vAlign w:val="center"/>
          </w:tcPr>
          <w:p w14:paraId="1AD6321E" w14:textId="77777777" w:rsidR="00B54E45" w:rsidRPr="00A20EA8" w:rsidRDefault="003B1D43" w:rsidP="007561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8">
              <w:rPr>
                <w:rFonts w:ascii="Times New Roman" w:hAnsi="Times New Roman" w:cs="Times New Roman"/>
                <w:sz w:val="24"/>
                <w:szCs w:val="24"/>
              </w:rPr>
              <w:t>□ Official University Course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□ On-campus Acti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t>vity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□ Official Visit or Inspection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□ Student Organization Activity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□ Other: ____________________</w:t>
            </w:r>
          </w:p>
        </w:tc>
      </w:tr>
      <w:tr w:rsidR="00A20EA8" w:rsidRPr="00A20EA8" w14:paraId="6F52D4E2" w14:textId="77777777" w:rsidTr="00756135">
        <w:trPr>
          <w:trHeight w:val="850"/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427DAA9" w14:textId="77777777" w:rsidR="00B54E45" w:rsidRPr="00756135" w:rsidRDefault="003B1D43" w:rsidP="0075613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Activity Name</w:t>
            </w:r>
          </w:p>
        </w:tc>
        <w:tc>
          <w:tcPr>
            <w:tcW w:w="7937" w:type="dxa"/>
            <w:vAlign w:val="center"/>
          </w:tcPr>
          <w:p w14:paraId="07FC2638" w14:textId="77777777" w:rsidR="00B54E45" w:rsidRPr="00A20EA8" w:rsidRDefault="00B54E45" w:rsidP="007561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EA8" w:rsidRPr="00A20EA8" w14:paraId="210EFAE1" w14:textId="77777777" w:rsidTr="00756135">
        <w:trPr>
          <w:trHeight w:val="1417"/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7BDD830" w14:textId="77777777" w:rsidR="00B54E45" w:rsidRPr="00756135" w:rsidRDefault="003B1D43" w:rsidP="0075613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Activity Description</w:t>
            </w:r>
          </w:p>
        </w:tc>
        <w:tc>
          <w:tcPr>
            <w:tcW w:w="7937" w:type="dxa"/>
            <w:vAlign w:val="center"/>
          </w:tcPr>
          <w:p w14:paraId="291B8D78" w14:textId="77777777" w:rsidR="00B54E45" w:rsidRPr="00A20EA8" w:rsidRDefault="003B1D43" w:rsidP="007561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8">
              <w:rPr>
                <w:rFonts w:ascii="Times New Roman" w:hAnsi="Times New Roman" w:cs="Times New Roman"/>
                <w:sz w:val="24"/>
                <w:szCs w:val="24"/>
              </w:rPr>
              <w:t>Please describe the purpose of the activity, target participants, expected number of participants, anticipated benefits,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t xml:space="preserve"> etc. An activity proposal may also be attached for supplementary explanation.</w:t>
            </w:r>
          </w:p>
        </w:tc>
      </w:tr>
      <w:tr w:rsidR="00A20EA8" w:rsidRPr="00A20EA8" w14:paraId="7B6E76D8" w14:textId="77777777" w:rsidTr="00756135">
        <w:trPr>
          <w:trHeight w:val="4252"/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6BB4BC0" w14:textId="77777777" w:rsidR="00B54E45" w:rsidRPr="00756135" w:rsidRDefault="003B1D43" w:rsidP="0075613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Payment Method</w:t>
            </w:r>
          </w:p>
        </w:tc>
        <w:tc>
          <w:tcPr>
            <w:tcW w:w="7937" w:type="dxa"/>
            <w:vAlign w:val="center"/>
          </w:tcPr>
          <w:p w14:paraId="6A55DF90" w14:textId="77777777" w:rsidR="00B54E45" w:rsidRPr="00A20EA8" w:rsidRDefault="003B1D43" w:rsidP="007561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8">
              <w:rPr>
                <w:rFonts w:ascii="Times New Roman" w:hAnsi="Times New Roman" w:cs="Times New Roman"/>
                <w:sz w:val="24"/>
                <w:szCs w:val="24"/>
              </w:rPr>
              <w:t>□ Bank Transfer / Remittance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Account Name: NKUHT 401 Account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Bank: First Commercial Bank (Bank Code: 007)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Branch: Siaogang Branch (Branch Code: 7143)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Account Num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t>ber: 714300-10289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□ Cash (Please fill in the information below)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Receipt Title: ____________________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Tax ID Number: ____________________</w:t>
            </w:r>
          </w:p>
        </w:tc>
      </w:tr>
      <w:tr w:rsidR="00A20EA8" w:rsidRPr="00A20EA8" w14:paraId="198E7884" w14:textId="77777777" w:rsidTr="00756135">
        <w:trPr>
          <w:trHeight w:val="2551"/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7D22D03" w14:textId="77777777" w:rsidR="00B54E45" w:rsidRPr="00756135" w:rsidRDefault="003B1D43" w:rsidP="0075613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Borrower</w:t>
            </w:r>
          </w:p>
        </w:tc>
        <w:tc>
          <w:tcPr>
            <w:tcW w:w="7937" w:type="dxa"/>
            <w:vAlign w:val="center"/>
          </w:tcPr>
          <w:p w14:paraId="35159F56" w14:textId="77777777" w:rsidR="00B54E45" w:rsidRPr="00A20EA8" w:rsidRDefault="003B1D43" w:rsidP="007561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8">
              <w:rPr>
                <w:rFonts w:ascii="Times New Roman" w:hAnsi="Times New Roman" w:cs="Times New Roman"/>
                <w:sz w:val="24"/>
                <w:szCs w:val="24"/>
              </w:rPr>
              <w:t xml:space="preserve">□ I have carefully read the “Regulations Governing the Use and Fee Management of the Co-Creation and 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t>Co-Learning Base” and shall bear all related responsibilities in the event of any violation.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Signature/Seal: ____________________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Contact Number: ____________________</w:t>
            </w:r>
          </w:p>
        </w:tc>
      </w:tr>
      <w:tr w:rsidR="00A20EA8" w:rsidRPr="00A20EA8" w14:paraId="6A397F87" w14:textId="77777777" w:rsidTr="00756135">
        <w:trPr>
          <w:trHeight w:val="850"/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9B2245E" w14:textId="77777777" w:rsidR="00B54E45" w:rsidRPr="00756135" w:rsidRDefault="003B1D43" w:rsidP="0075613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Supervisor / Advisor Signature of Borrowing Unit</w:t>
            </w:r>
          </w:p>
        </w:tc>
        <w:tc>
          <w:tcPr>
            <w:tcW w:w="7937" w:type="dxa"/>
            <w:vAlign w:val="center"/>
          </w:tcPr>
          <w:p w14:paraId="1229D769" w14:textId="77777777" w:rsidR="00B54E45" w:rsidRPr="00A20EA8" w:rsidRDefault="00B54E45" w:rsidP="007561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EA8" w:rsidRPr="00A20EA8" w14:paraId="2A87CAB3" w14:textId="77777777" w:rsidTr="00756135">
        <w:trPr>
          <w:trHeight w:val="850"/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3ADE5A93" w14:textId="77777777" w:rsidR="00B54E45" w:rsidRPr="00756135" w:rsidRDefault="003B1D43" w:rsidP="0075613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Users</w:t>
            </w:r>
          </w:p>
        </w:tc>
        <w:tc>
          <w:tcPr>
            <w:tcW w:w="7937" w:type="dxa"/>
            <w:vAlign w:val="center"/>
          </w:tcPr>
          <w:p w14:paraId="7F458EE4" w14:textId="77777777" w:rsidR="00B54E45" w:rsidRPr="00A20EA8" w:rsidRDefault="003B1D43" w:rsidP="007561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8">
              <w:rPr>
                <w:rFonts w:ascii="Times New Roman" w:hAnsi="Times New Roman" w:cs="Times New Roman"/>
                <w:sz w:val="24"/>
                <w:szCs w:val="24"/>
              </w:rPr>
              <w:t>________ Persons</w:t>
            </w:r>
          </w:p>
        </w:tc>
      </w:tr>
      <w:tr w:rsidR="00A20EA8" w:rsidRPr="00A20EA8" w14:paraId="5CAEAAE9" w14:textId="77777777" w:rsidTr="00756135">
        <w:trPr>
          <w:trHeight w:val="2835"/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3677F0E5" w14:textId="77777777" w:rsidR="00B54E45" w:rsidRPr="00756135" w:rsidRDefault="003B1D43" w:rsidP="0075613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</w:t>
            </w: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view Result</w:t>
            </w:r>
          </w:p>
        </w:tc>
        <w:tc>
          <w:tcPr>
            <w:tcW w:w="7937" w:type="dxa"/>
            <w:vAlign w:val="center"/>
          </w:tcPr>
          <w:p w14:paraId="3261600D" w14:textId="77777777" w:rsidR="00B54E45" w:rsidRPr="00A20EA8" w:rsidRDefault="003B1D43" w:rsidP="007561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8">
              <w:rPr>
                <w:rFonts w:ascii="Times New Roman" w:hAnsi="Times New Roman" w:cs="Times New Roman"/>
                <w:sz w:val="24"/>
                <w:szCs w:val="24"/>
              </w:rPr>
              <w:t>□ Approved. Please complete payment before ______ Year ______ Month ______ Day.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Total Amount: NT$ __________ (Overdue payment shall be deemed a forfeiture.)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Venue Usage Fee: NT$ __________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Deposit: NT$ __________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□ Not Approved</w:t>
            </w:r>
          </w:p>
        </w:tc>
      </w:tr>
      <w:tr w:rsidR="00A20EA8" w:rsidRPr="00A20EA8" w14:paraId="4E8835F4" w14:textId="77777777" w:rsidTr="00756135">
        <w:trPr>
          <w:trHeight w:val="850"/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33DFA4D5" w14:textId="77777777" w:rsidR="00B54E45" w:rsidRPr="00756135" w:rsidRDefault="003B1D43" w:rsidP="0075613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Handler</w:t>
            </w:r>
          </w:p>
        </w:tc>
        <w:tc>
          <w:tcPr>
            <w:tcW w:w="7937" w:type="dxa"/>
            <w:vAlign w:val="center"/>
          </w:tcPr>
          <w:p w14:paraId="25C34058" w14:textId="77777777" w:rsidR="00B54E45" w:rsidRPr="00A20EA8" w:rsidRDefault="00B54E45" w:rsidP="007561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EA8" w:rsidRPr="00A20EA8" w14:paraId="781E5EE8" w14:textId="77777777" w:rsidTr="00756135">
        <w:trPr>
          <w:trHeight w:val="850"/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A8A9E24" w14:textId="77777777" w:rsidR="00B54E45" w:rsidRPr="00756135" w:rsidRDefault="003B1D43" w:rsidP="0075613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Mana</w:t>
            </w: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ging Unit Supervisor</w:t>
            </w:r>
          </w:p>
        </w:tc>
        <w:tc>
          <w:tcPr>
            <w:tcW w:w="7937" w:type="dxa"/>
            <w:vAlign w:val="center"/>
          </w:tcPr>
          <w:p w14:paraId="12E1B661" w14:textId="77777777" w:rsidR="00B54E45" w:rsidRPr="00A20EA8" w:rsidRDefault="00B54E45" w:rsidP="007561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EA8" w:rsidRPr="00A20EA8" w14:paraId="77304445" w14:textId="77777777" w:rsidTr="00756135">
        <w:trPr>
          <w:trHeight w:val="850"/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402BE8E9" w14:textId="77777777" w:rsidR="00B54E45" w:rsidRPr="00756135" w:rsidRDefault="003B1D43" w:rsidP="0075613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Payment Confirmation</w:t>
            </w:r>
          </w:p>
        </w:tc>
        <w:tc>
          <w:tcPr>
            <w:tcW w:w="7937" w:type="dxa"/>
            <w:vAlign w:val="center"/>
          </w:tcPr>
          <w:p w14:paraId="6F930B95" w14:textId="77777777" w:rsidR="00B54E45" w:rsidRPr="00A20EA8" w:rsidRDefault="003B1D43" w:rsidP="007561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8">
              <w:rPr>
                <w:rFonts w:ascii="Times New Roman" w:hAnsi="Times New Roman" w:cs="Times New Roman"/>
                <w:sz w:val="24"/>
                <w:szCs w:val="24"/>
              </w:rPr>
              <w:t>□ Payment has been confirmed. (Receipt No. __________)</w:t>
            </w:r>
          </w:p>
        </w:tc>
      </w:tr>
      <w:tr w:rsidR="00A20EA8" w:rsidRPr="00A20EA8" w14:paraId="5BECFF28" w14:textId="77777777" w:rsidTr="00483015">
        <w:trPr>
          <w:trHeight w:val="3005"/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1B7EFB3" w14:textId="77777777" w:rsidR="00B54E45" w:rsidRPr="00756135" w:rsidRDefault="003B1D43" w:rsidP="0075613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Venue Usage Settlement Record</w:t>
            </w:r>
          </w:p>
        </w:tc>
        <w:tc>
          <w:tcPr>
            <w:tcW w:w="7937" w:type="dxa"/>
            <w:vAlign w:val="center"/>
          </w:tcPr>
          <w:p w14:paraId="58735767" w14:textId="77777777" w:rsidR="00B54E45" w:rsidRPr="00A20EA8" w:rsidRDefault="003B1D43" w:rsidP="007561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8">
              <w:rPr>
                <w:rFonts w:ascii="Times New Roman" w:hAnsi="Times New Roman" w:cs="Times New Roman"/>
                <w:sz w:val="24"/>
                <w:szCs w:val="24"/>
              </w:rPr>
              <w:t xml:space="preserve">□ Venue/Equipment: ○ No </w:t>
            </w:r>
            <w:proofErr w:type="gramStart"/>
            <w:r w:rsidRPr="00A20EA8">
              <w:rPr>
                <w:rFonts w:ascii="Times New Roman" w:hAnsi="Times New Roman" w:cs="Times New Roman"/>
                <w:sz w:val="24"/>
                <w:szCs w:val="24"/>
              </w:rPr>
              <w:t>Damage  ○</w:t>
            </w:r>
            <w:proofErr w:type="gramEnd"/>
            <w:r w:rsidRPr="00A20EA8">
              <w:rPr>
                <w:rFonts w:ascii="Times New Roman" w:hAnsi="Times New Roman" w:cs="Times New Roman"/>
                <w:sz w:val="24"/>
                <w:szCs w:val="24"/>
              </w:rPr>
              <w:t xml:space="preserve"> Damaged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Damage Amount: NT$ __________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Refunded Deposit: NT$ __________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□ Additional Fees Re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t>quired: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○ Overtime Fee  ○ Insufficient Deposit  ○ Other Fees</w:t>
            </w:r>
            <w:r w:rsidRPr="00A20EA8">
              <w:rPr>
                <w:rFonts w:ascii="Times New Roman" w:hAnsi="Times New Roman" w:cs="Times New Roman"/>
                <w:sz w:val="24"/>
                <w:szCs w:val="24"/>
              </w:rPr>
              <w:br/>
              <w:t>Amount: NT$ __________</w:t>
            </w:r>
          </w:p>
        </w:tc>
      </w:tr>
    </w:tbl>
    <w:p w14:paraId="2E057B39" w14:textId="77777777" w:rsidR="003B1D43" w:rsidRPr="00A20EA8" w:rsidRDefault="003B1D43">
      <w:pPr>
        <w:rPr>
          <w:rFonts w:ascii="Times New Roman" w:hAnsi="Times New Roman" w:cs="Times New Roman"/>
        </w:rPr>
      </w:pPr>
    </w:p>
    <w:sectPr w:rsidR="003B1D43" w:rsidRPr="00A20EA8" w:rsidSect="00A20EA8">
      <w:footerReference w:type="default" r:id="rId8"/>
      <w:pgSz w:w="12240" w:h="15840"/>
      <w:pgMar w:top="1134" w:right="1134" w:bottom="1134" w:left="1134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97AAD" w14:textId="77777777" w:rsidR="003B1D43" w:rsidRDefault="003B1D43" w:rsidP="00A20EA8">
      <w:pPr>
        <w:spacing w:after="0" w:line="240" w:lineRule="auto"/>
      </w:pPr>
      <w:r>
        <w:separator/>
      </w:r>
    </w:p>
  </w:endnote>
  <w:endnote w:type="continuationSeparator" w:id="0">
    <w:p w14:paraId="2D47B396" w14:textId="77777777" w:rsidR="003B1D43" w:rsidRDefault="003B1D43" w:rsidP="00A20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65931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B76BF9" w14:textId="61EADAA9" w:rsidR="00A20EA8" w:rsidRPr="00A20EA8" w:rsidRDefault="00A20EA8" w:rsidP="00A20EA8">
        <w:pPr>
          <w:pStyle w:val="a7"/>
          <w:jc w:val="center"/>
          <w:rPr>
            <w:rFonts w:ascii="Times New Roman" w:hAnsi="Times New Roman" w:cs="Times New Roman"/>
          </w:rPr>
        </w:pPr>
        <w:r w:rsidRPr="00A20EA8">
          <w:rPr>
            <w:rFonts w:ascii="Times New Roman" w:hAnsi="Times New Roman" w:cs="Times New Roman"/>
          </w:rPr>
          <w:fldChar w:fldCharType="begin"/>
        </w:r>
        <w:r w:rsidRPr="00A20EA8">
          <w:rPr>
            <w:rFonts w:ascii="Times New Roman" w:hAnsi="Times New Roman" w:cs="Times New Roman"/>
          </w:rPr>
          <w:instrText>PAGE   \* MERGEFORMAT</w:instrText>
        </w:r>
        <w:r w:rsidRPr="00A20EA8">
          <w:rPr>
            <w:rFonts w:ascii="Times New Roman" w:hAnsi="Times New Roman" w:cs="Times New Roman"/>
          </w:rPr>
          <w:fldChar w:fldCharType="separate"/>
        </w:r>
        <w:r w:rsidRPr="00A20EA8">
          <w:rPr>
            <w:rFonts w:ascii="Times New Roman" w:hAnsi="Times New Roman" w:cs="Times New Roman"/>
            <w:lang w:val="zh-TW" w:eastAsia="zh-TW"/>
          </w:rPr>
          <w:t>2</w:t>
        </w:r>
        <w:r w:rsidRPr="00A20EA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DF585" w14:textId="77777777" w:rsidR="003B1D43" w:rsidRDefault="003B1D43" w:rsidP="00A20EA8">
      <w:pPr>
        <w:spacing w:after="0" w:line="240" w:lineRule="auto"/>
      </w:pPr>
      <w:r>
        <w:separator/>
      </w:r>
    </w:p>
  </w:footnote>
  <w:footnote w:type="continuationSeparator" w:id="0">
    <w:p w14:paraId="0E75F44D" w14:textId="77777777" w:rsidR="003B1D43" w:rsidRDefault="003B1D43" w:rsidP="00A20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1D43"/>
    <w:rsid w:val="00483015"/>
    <w:rsid w:val="00756135"/>
    <w:rsid w:val="00A20EA8"/>
    <w:rsid w:val="00AA1D8D"/>
    <w:rsid w:val="00B47730"/>
    <w:rsid w:val="00B54E4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8BB9B0"/>
  <w14:defaultImageDpi w14:val="300"/>
  <w15:docId w15:val="{DAD6E86F-2BAF-4542-9FB3-D2EB66C5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nkuht</cp:lastModifiedBy>
  <cp:revision>4</cp:revision>
  <dcterms:created xsi:type="dcterms:W3CDTF">2013-12-23T23:15:00Z</dcterms:created>
  <dcterms:modified xsi:type="dcterms:W3CDTF">2026-05-20T10:36:00Z</dcterms:modified>
  <cp:category/>
</cp:coreProperties>
</file>